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B18DD" w14:textId="077CD8C7" w:rsidR="00131858" w:rsidRDefault="00131858" w:rsidP="00131858">
      <w:pPr>
        <w:pStyle w:val="Heading1"/>
        <w:jc w:val="center"/>
      </w:pPr>
      <w:r w:rsidRPr="000A1BC7">
        <w:rPr>
          <w:noProof/>
          <w:shd w:val="clear" w:color="auto" w:fill="FFB4AE"/>
        </w:rPr>
        <w:drawing>
          <wp:inline distT="0" distB="0" distL="0" distR="0" wp14:anchorId="1DA248BC" wp14:editId="75CD054C">
            <wp:extent cx="2084258" cy="1878496"/>
            <wp:effectExtent l="0" t="0" r="0" b="1270"/>
            <wp:docPr id="1" name="Picture 1" descr="A logo for a party pa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party pantr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9877" cy="192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DB1C" w14:textId="4757B081" w:rsidR="00655B59" w:rsidRPr="00131858" w:rsidRDefault="009C1860">
      <w:pPr>
        <w:pStyle w:val="Heading1"/>
        <w:jc w:val="center"/>
        <w:rPr>
          <w:color w:val="D69EC1"/>
        </w:rPr>
      </w:pPr>
      <w:r w:rsidRPr="00131858">
        <w:rPr>
          <w:color w:val="D69EC1"/>
        </w:rPr>
        <w:t>Public Liability Statement</w:t>
      </w:r>
    </w:p>
    <w:p w14:paraId="23E19146" w14:textId="77777777" w:rsidR="00655B59" w:rsidRPr="00131858" w:rsidRDefault="009C1860">
      <w:pPr>
        <w:jc w:val="center"/>
        <w:rPr>
          <w:i/>
          <w:iCs/>
        </w:rPr>
      </w:pPr>
      <w:r w:rsidRPr="00131858">
        <w:rPr>
          <w:i/>
          <w:iCs/>
        </w:rPr>
        <w:t>The Party Pantry</w:t>
      </w:r>
    </w:p>
    <w:p w14:paraId="1F8EE494" w14:textId="77777777" w:rsidR="00655B59" w:rsidRDefault="00655B59"/>
    <w:p w14:paraId="47E3B371" w14:textId="77777777" w:rsidR="00655B59" w:rsidRPr="00131858" w:rsidRDefault="009C1860">
      <w:pPr>
        <w:pStyle w:val="Heading2"/>
        <w:rPr>
          <w:color w:val="D69EC1"/>
        </w:rPr>
      </w:pPr>
      <w:r w:rsidRPr="00131858">
        <w:rPr>
          <w:color w:val="D69EC1"/>
        </w:rPr>
        <w:t>Statement Details</w:t>
      </w:r>
    </w:p>
    <w:p w14:paraId="0567E04E" w14:textId="77777777" w:rsidR="00655B59" w:rsidRDefault="009C1860">
      <w:pPr>
        <w:spacing w:after="240"/>
      </w:pPr>
      <w:r>
        <w:t>Policy in place to protect clients, guests, and venues.</w:t>
      </w:r>
    </w:p>
    <w:p w14:paraId="7D14B32D" w14:textId="77777777" w:rsidR="00655B59" w:rsidRPr="00131858" w:rsidRDefault="009C1860">
      <w:pPr>
        <w:pStyle w:val="Heading2"/>
        <w:rPr>
          <w:color w:val="D69EC1"/>
        </w:rPr>
      </w:pPr>
      <w:r w:rsidRPr="00131858">
        <w:rPr>
          <w:color w:val="D69EC1"/>
        </w:rPr>
        <w:t>Insurance Cover</w:t>
      </w:r>
    </w:p>
    <w:p w14:paraId="1E2AB0F2" w14:textId="77777777" w:rsidR="00655B59" w:rsidRDefault="009C1860">
      <w:pPr>
        <w:spacing w:after="240"/>
      </w:pPr>
      <w:r>
        <w:t>The Party Pantry holds valid public liability insurance suitable for mobile catering and events.</w:t>
      </w:r>
    </w:p>
    <w:p w14:paraId="66D30775" w14:textId="77777777" w:rsidR="00655B59" w:rsidRPr="00131858" w:rsidRDefault="009C1860">
      <w:pPr>
        <w:pStyle w:val="Heading2"/>
        <w:rPr>
          <w:color w:val="D69EC1"/>
        </w:rPr>
      </w:pPr>
      <w:r w:rsidRPr="00131858">
        <w:rPr>
          <w:color w:val="D69EC1"/>
        </w:rPr>
        <w:t>Availability</w:t>
      </w:r>
    </w:p>
    <w:p w14:paraId="48D201A6" w14:textId="77777777" w:rsidR="00655B59" w:rsidRDefault="009C1860">
      <w:pPr>
        <w:spacing w:after="240"/>
      </w:pPr>
      <w:r>
        <w:t>Insurance certificates are available upon request.</w:t>
      </w:r>
    </w:p>
    <w:p w14:paraId="3B961798" w14:textId="77777777" w:rsidR="00655B59" w:rsidRPr="00131858" w:rsidRDefault="009C1860">
      <w:pPr>
        <w:pStyle w:val="Heading2"/>
        <w:rPr>
          <w:color w:val="D69EC1"/>
        </w:rPr>
      </w:pPr>
      <w:r w:rsidRPr="00131858">
        <w:rPr>
          <w:color w:val="D69EC1"/>
        </w:rPr>
        <w:t>Review</w:t>
      </w:r>
    </w:p>
    <w:p w14:paraId="0813F757" w14:textId="5B9501AA" w:rsidR="00655B59" w:rsidRDefault="009C1860">
      <w:pPr>
        <w:spacing w:after="240"/>
      </w:pPr>
      <w:r>
        <w:t>Reviewed annually.</w:t>
      </w:r>
    </w:p>
    <w:p w14:paraId="7E6DB983" w14:textId="5272BFDD" w:rsidR="00131858" w:rsidRDefault="00131858">
      <w:pPr>
        <w:spacing w:after="240"/>
      </w:pPr>
    </w:p>
    <w:p w14:paraId="17376312" w14:textId="77777777" w:rsidR="00131858" w:rsidRDefault="00131858">
      <w:pPr>
        <w:spacing w:after="240"/>
      </w:pPr>
    </w:p>
    <w:sectPr w:rsidR="00131858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CBC5F" w14:textId="77777777" w:rsidR="009C1860" w:rsidRDefault="009C1860" w:rsidP="00131858">
      <w:pPr>
        <w:spacing w:after="0" w:line="240" w:lineRule="auto"/>
      </w:pPr>
      <w:r>
        <w:separator/>
      </w:r>
    </w:p>
  </w:endnote>
  <w:endnote w:type="continuationSeparator" w:id="0">
    <w:p w14:paraId="6CC812D7" w14:textId="77777777" w:rsidR="009C1860" w:rsidRDefault="009C1860" w:rsidP="00131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921E9" w14:textId="77777777" w:rsidR="00131858" w:rsidRPr="00377432" w:rsidRDefault="00131858" w:rsidP="00131858">
    <w:pPr>
      <w:rPr>
        <w:sz w:val="20"/>
        <w:szCs w:val="20"/>
      </w:rPr>
    </w:pPr>
  </w:p>
  <w:p w14:paraId="0A96C409" w14:textId="77777777" w:rsidR="00131858" w:rsidRPr="00377432" w:rsidRDefault="00131858" w:rsidP="00131858">
    <w:pPr>
      <w:pStyle w:val="Footer"/>
      <w:rPr>
        <w:sz w:val="20"/>
        <w:szCs w:val="20"/>
      </w:rPr>
    </w:pPr>
    <w:r w:rsidRPr="00377432">
      <w:rPr>
        <w:b/>
        <w:sz w:val="20"/>
        <w:szCs w:val="20"/>
      </w:rPr>
      <w:t xml:space="preserve">Agreement Version: </w:t>
    </w:r>
    <w:r w:rsidRPr="00377432">
      <w:rPr>
        <w:sz w:val="20"/>
        <w:szCs w:val="20"/>
      </w:rPr>
      <w:t>1.1</w:t>
    </w:r>
    <w:r w:rsidRPr="00377432">
      <w:rPr>
        <w:sz w:val="20"/>
        <w:szCs w:val="20"/>
      </w:rPr>
      <w:br/>
    </w:r>
    <w:r w:rsidRPr="00377432">
      <w:rPr>
        <w:b/>
        <w:sz w:val="20"/>
        <w:szCs w:val="20"/>
      </w:rPr>
      <w:t xml:space="preserve">Effective Date: </w:t>
    </w:r>
    <w:r w:rsidRPr="00377432">
      <w:rPr>
        <w:sz w:val="20"/>
        <w:szCs w:val="20"/>
      </w:rPr>
      <w:t>11 January 2026</w:t>
    </w:r>
    <w:r w:rsidRPr="00377432">
      <w:rPr>
        <w:sz w:val="20"/>
        <w:szCs w:val="20"/>
      </w:rPr>
      <w:br/>
    </w:r>
    <w:r w:rsidRPr="00377432">
      <w:rPr>
        <w:b/>
        <w:sz w:val="20"/>
        <w:szCs w:val="20"/>
      </w:rPr>
      <w:t xml:space="preserve">Review Date: </w:t>
    </w:r>
    <w:r w:rsidRPr="00377432">
      <w:rPr>
        <w:sz w:val="20"/>
        <w:szCs w:val="20"/>
      </w:rPr>
      <w:t>11 January 2027</w:t>
    </w:r>
    <w:r w:rsidRPr="00377432">
      <w:rPr>
        <w:sz w:val="20"/>
        <w:szCs w:val="20"/>
      </w:rPr>
      <w:br/>
    </w:r>
    <w:r w:rsidRPr="00377432">
      <w:rPr>
        <w:b/>
        <w:sz w:val="20"/>
        <w:szCs w:val="20"/>
      </w:rPr>
      <w:t xml:space="preserve">Business Name: </w:t>
    </w:r>
    <w:r w:rsidRPr="00377432">
      <w:rPr>
        <w:sz w:val="20"/>
        <w:szCs w:val="20"/>
      </w:rPr>
      <w:t>The Party Pantry Ltd</w:t>
    </w:r>
  </w:p>
  <w:p w14:paraId="2A0E422A" w14:textId="77777777" w:rsidR="00131858" w:rsidRDefault="001318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A4573" w14:textId="77777777" w:rsidR="009C1860" w:rsidRDefault="009C1860" w:rsidP="00131858">
      <w:pPr>
        <w:spacing w:after="0" w:line="240" w:lineRule="auto"/>
      </w:pPr>
      <w:r>
        <w:separator/>
      </w:r>
    </w:p>
  </w:footnote>
  <w:footnote w:type="continuationSeparator" w:id="0">
    <w:p w14:paraId="73608956" w14:textId="77777777" w:rsidR="009C1860" w:rsidRDefault="009C1860" w:rsidP="001318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31858"/>
    <w:rsid w:val="0015074B"/>
    <w:rsid w:val="0029639D"/>
    <w:rsid w:val="00326F90"/>
    <w:rsid w:val="00655B59"/>
    <w:rsid w:val="009C186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79788B"/>
  <w14:defaultImageDpi w14:val="300"/>
  <w15:docId w15:val="{B10E99DA-02C8-F44A-B47F-883CBA79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Charlotte Heseltine</cp:lastModifiedBy>
  <cp:revision>2</cp:revision>
  <dcterms:created xsi:type="dcterms:W3CDTF">2026-01-11T13:50:00Z</dcterms:created>
  <dcterms:modified xsi:type="dcterms:W3CDTF">2026-01-11T13:50:00Z</dcterms:modified>
  <cp:category/>
</cp:coreProperties>
</file>